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על למידה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סיוע ל-AI לבין העתקה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למה חשוב להתמקד בתהליך ולא רק בתוצר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משוב מועיל וחשיבה ביקורתית על מידע מ-AI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הערכה שבודקת גם את התהליך ולא רק את התוצאה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להיעזר זה להשתמש ככלי עזר תוך הבנה, להעתיק זה להגיש בלי הבנה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תלוי בתהליך ובהשקעה האישית שהיו בעבודה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ההיעזרות כוללת הבנה, ההעתקה לא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שאלה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(גבולות שימוש ב-AI)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(אמינות ואימות 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(איכות משוב)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(תהליך למידה)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שמבחינה בין שימוש להבנה לבין העתקה, עם דוגמה קונקרטית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שלב קונקרטי עם הסבר אישי מנומק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שהיעזרות כוללת חשיבה אישית ולא רק קבלה אוטומטית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שיטת בדיקה כמו השוואה למקור אמין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משוב ספציפי שמציע שיפור ולא רק קביעה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לגזור את הקלפים ולחלק לקבוצות דיון קטנות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תשובות אישיות מנומקות ולא רק נכון/לא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בחלק הפתוח כבסיס לשיחה כיתתית מסכמת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על למידה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השאלות שעולות בקלפי השיח על עבודה עם AI: מה ההבדל בין עזרה להעתקה, איך בודקים מידע, ולמה חשוב להסתכל על התהליך ולא רק על התוצר הסופי.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משוב  ·  תהליך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הערכה חלופית?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הערכה שבודקת רק את התוצר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הערכה שבודקת גם את התהליך ולא רק את התוצאה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הערכה שמבוטלת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ההבדל המרכזי בין להיעזר ב-AI לבין להעתיק ממנו?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להיעזר זה להשתמש ככלי עזר תוך הבנה, להעתיק זה להגיש בלי הבנה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להעתיק מהיר יותר ולכן עדיף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עבודה שנעזרו בה ב-AI היא תמיד פחות אישית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 הבדל בין להיעזר בכלי לבין להעתיק ממנו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הוא הדרך שבה מגיעים לתוצאה, ולא רק התוצר הסופי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מועיל מסביר מה אפשר לשפר, ולא רק נותן ציון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שאלה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מה ההבדל בין להיעזר לבין להעתיק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אמינות ואימות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איך בודקים אם תשובה נכונה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תהליך למידה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נסחו משוב מועיל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גבולות שימוש ב-AI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איזה שלב בעבודה הכי לימד אותי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איכות משוב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כן ומתי לא נכון להיעזר ב-AI בעבודה? תנו דוגמה אחת מהחיים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קצרה: איזה שלב בעבודה אחרונה שלכם לימד אתכם הכי הרבה, ולמה דווקא הוא?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להיעזר לבין להעתיק?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בודקים אם מידע מ-AI נכון?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שיח על למידה בעידן ה-AI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