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למידה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סיוע ל-AI לבין 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להתמקד בתהליך ולא רק בתוצר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מועיל וחשיבה ביקורתית על מידע מ-AI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הערכה שבודקת גם את התהליך ולא רק את התוצאה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להיעזר זה להשתמש ככלי עזר תוך הבנה, להעתיק זה להגיש בלי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ביטחון בתשובה לא מבטיח שהיא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כשהשימוש השפיע באופן משמעותי על התוצר, כדי לשמור על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משוב ספציפי שמסביר מה לשפר ואיך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תלוי בתהליך ובהשקעה האישית שהיו בעבודה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ההיעזרות כוללת הבנה, ההעתקה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ביטחון בניסוח לא מבטיח דיוק עובדתי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משקף התפתחות ולא רק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הבנת התהליך עוזרת להעריך למידה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(גבולות שימוש ב-AI)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(אמינות ואימות 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(איכות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(תהליך 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(יושר אקדמי)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שמבחינה בין שימוש להבנה לבין העתקה, עם דוגמה קונקרטית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הבנה ברורה שמבוססת על עצמאות ולמידה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שלב קונקרטי עם הסבר אישי מנומק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עמדה ברורה עם נימוק, מתייחסת לערך התהליך מול התוצר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שהיעזרות כוללת חשיבה אישית ולא רק קבלה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שיטת בדיקה כמו השוואה למקור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משוב ספציפי שמציע שיפור ולא רק קביעה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לגזור את הקלפים ולחלק לקבוצות דיון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תשובות אישיות מנומקות ולא רק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בחלק הפתוח כבסיס לשיחה כיתתית מסכמת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למידה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שאלות על עבודה עם AI: מתי זה עוזר ומתי זה בעיה, ולמה חשוב גם איך עבדנו ולא רק מה הגשנו.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מגיעים לתוצאה, כל השלבים בדרך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התוצאה הסופית שמגישים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לשפר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לאמת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אם מידע נכון לפני שמשתמשים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להיעזר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להשתמש בכלי עזר תוך הבנה אישית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להעתיק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להגיש משהו בלי הבנה או עבודה עצמית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יושר אקדמי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הגינות בעבודה ובציון מקורות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שמתרגלים ומשפרים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לבדוק גם איך עבדו ולא רק מה הוגש?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הערכה שבודקת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שבודקת גם את התהליך ולא רק את התוצאה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הערכה שמבוטלת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הערכה שנעשית רק על ידי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שונה בין שימוש נכון בעזרה לבין 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להיעזר זה להשתמש ככלי עזר תוך הבנה, להעתיק זה להגיש בלי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מהיר יותר ולכן עדיף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להיעזר אסור בכל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תשובה שנשמעת בטוחה היא בהכרח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AI תמיד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ביטחון בתשובה לא מבטיח שהיא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אסור להשתמש ב-AI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לא משנה אם התשובה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חשוב לספר איך השתמשנו ב-AI?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כשהשימוש השפיע באופן משמעותי על התוצר, כדי לשמור על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המורה שואל במפורש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תמיד, גם אם לא השתמשו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נראה משוב שבאמת עוזר?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משוב כללי כמו טוב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משוב ספציפי שמסביר מה לשפר ואיך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שמציין רק ציון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משוב ארוך ככל האפשר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שנעזרו בה ב-AI היא תמיד פחות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הבדל בין להיעזר בכלי לבין להעתיק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בטוחה שנותן AI היא תמיד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 שלימד אותנו הכי הרבה בעבודה הוא חלק חשוב בלמידה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למורה אין צורך לדעת כלום על אופן העבודה, רק מה הוגש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הדרך שבה מגיעים לתוצאה, ולא רק התוצר הסופי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לדעת אם תשובה של AI נכונה צריך ל__________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מועיל מסביר מה אפשר לשפר, ולא רק נותן 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בין סיוע להעתקה הוא רמת ההבנה וההשקעה האישית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ההבדל בין להיעזר לבין להעתיק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יושר אקדמי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בודקים אם תשובה נכונה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תהליך 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נסחו משוב מועיל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אמינות ואימות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איזה שלב בעבודה הכי לימד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איכות 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האם צריך לציין כל שימוש ב-AI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גבולות שימוש ב-AI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כן ומתי לא נכון להיעזר ב-AI בעבודה? תנו דוגמה אחת מהחיים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להיעזר לבין להעתיק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איזה שלב בעבודה אחרונה שלכם לימד אתכם הכי הרבה, ולמה דווקא הוא?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מורה צריך לדעת איך עבדתם, או רק מה הגשתם? נמקו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להיעזר לבין להעתיק?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אם מידע מ-AI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הופך משוב למועיל?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למידה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